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7CF" w:rsidRPr="00E72EB5" w:rsidRDefault="00A70808" w:rsidP="00A70808">
      <w:pPr>
        <w:spacing w:after="28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Pełna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E72EB5" w:rsidRPr="00E72EB5">
        <w:rPr>
          <w:rFonts w:ascii="Times New Roman" w:hAnsi="Times New Roman" w:cs="Times New Roman"/>
          <w:sz w:val="24"/>
          <w:szCs w:val="24"/>
        </w:rPr>
        <w:t>Staszów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dnia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15.09.2026 r.</w:t>
      </w:r>
    </w:p>
    <w:p w:rsidR="00795485" w:rsidRDefault="00795485" w:rsidP="000634F2">
      <w:pPr>
        <w:spacing w:after="120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0634F2" w:rsidRPr="00795485" w:rsidRDefault="000634F2" w:rsidP="000634F2">
      <w:pPr>
        <w:spacing w:after="12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Zespół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Szkół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im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. S.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Staszica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w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Staszowie</w:t>
      </w:r>
      <w:proofErr w:type="spellEnd"/>
    </w:p>
    <w:p w:rsidR="000634F2" w:rsidRPr="00795485" w:rsidRDefault="000634F2" w:rsidP="000634F2">
      <w:pPr>
        <w:spacing w:after="120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95485">
        <w:rPr>
          <w:rFonts w:ascii="Times New Roman" w:hAnsi="Times New Roman" w:cs="Times New Roman"/>
          <w:i/>
          <w:sz w:val="24"/>
          <w:szCs w:val="24"/>
        </w:rPr>
        <w:t xml:space="preserve">Centrum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Kształcenia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Zawodowego</w:t>
      </w:r>
      <w:proofErr w:type="spellEnd"/>
    </w:p>
    <w:p w:rsidR="00D417CF" w:rsidRPr="00795485" w:rsidRDefault="006D5DD7" w:rsidP="000634F2">
      <w:pPr>
        <w:spacing w:after="120"/>
        <w:jc w:val="right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Branżowe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Centrum </w:t>
      </w:r>
      <w:proofErr w:type="spellStart"/>
      <w:r w:rsidRPr="00795485">
        <w:rPr>
          <w:rFonts w:ascii="Times New Roman" w:hAnsi="Times New Roman" w:cs="Times New Roman"/>
          <w:i/>
          <w:sz w:val="24"/>
          <w:szCs w:val="24"/>
        </w:rPr>
        <w:t>Umiejętności</w:t>
      </w:r>
      <w:proofErr w:type="spellEnd"/>
      <w:r w:rsidRPr="00795485">
        <w:rPr>
          <w:rFonts w:ascii="Times New Roman" w:hAnsi="Times New Roman" w:cs="Times New Roman"/>
          <w:i/>
          <w:sz w:val="24"/>
          <w:szCs w:val="24"/>
        </w:rPr>
        <w:t xml:space="preserve"> w Sta</w:t>
      </w:r>
      <w:r w:rsidR="0046608F">
        <w:rPr>
          <w:rFonts w:ascii="Times New Roman" w:hAnsi="Times New Roman" w:cs="Times New Roman"/>
          <w:i/>
          <w:sz w:val="24"/>
          <w:szCs w:val="24"/>
        </w:rPr>
        <w:t>szowie</w:t>
      </w:r>
      <w:r w:rsidR="0046608F">
        <w:rPr>
          <w:rFonts w:ascii="Times New Roman" w:hAnsi="Times New Roman" w:cs="Times New Roman"/>
          <w:i/>
          <w:sz w:val="24"/>
          <w:szCs w:val="24"/>
        </w:rPr>
        <w:br/>
        <w:t>w dziedzinie spawalnictwo</w:t>
      </w:r>
      <w:r w:rsidRPr="00795485">
        <w:rPr>
          <w:rFonts w:ascii="Times New Roman" w:hAnsi="Times New Roman" w:cs="Times New Roman"/>
          <w:i/>
          <w:sz w:val="24"/>
          <w:szCs w:val="24"/>
        </w:rPr>
        <w:br/>
        <w:t>ul. Koszarowa 7, 28-200 Staszów</w:t>
      </w:r>
    </w:p>
    <w:p w:rsidR="000634F2" w:rsidRDefault="000634F2">
      <w:pPr>
        <w:spacing w:after="40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</w:p>
    <w:p w:rsidR="00D417CF" w:rsidRPr="000634F2" w:rsidRDefault="006D5DD7">
      <w:pPr>
        <w:spacing w:after="40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0634F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LIST INTENCYJNY</w:t>
      </w:r>
    </w:p>
    <w:p w:rsidR="00D417CF" w:rsidRPr="000634F2" w:rsidRDefault="006D5DD7">
      <w:pPr>
        <w:spacing w:after="360"/>
        <w:jc w:val="center"/>
        <w:rPr>
          <w:rFonts w:ascii="Times New Roman" w:hAnsi="Times New Roman" w:cs="Times New Roman"/>
          <w:b/>
          <w:color w:val="1F497D" w:themeColor="text2"/>
          <w:sz w:val="32"/>
          <w:szCs w:val="32"/>
        </w:rPr>
      </w:pPr>
      <w:r w:rsidRPr="000634F2">
        <w:rPr>
          <w:rFonts w:ascii="Times New Roman" w:hAnsi="Times New Roman" w:cs="Times New Roman"/>
          <w:b/>
          <w:color w:val="1F497D" w:themeColor="text2"/>
          <w:sz w:val="32"/>
          <w:szCs w:val="32"/>
        </w:rPr>
        <w:t>w sprawie nawiązania współpracy w zakresie doradztwa zawodowego</w:t>
      </w:r>
    </w:p>
    <w:p w:rsidR="00D417CF" w:rsidRPr="00E72EB5" w:rsidRDefault="006D5DD7" w:rsidP="000634F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Szanowni Państwo,</w:t>
      </w:r>
    </w:p>
    <w:p w:rsidR="00D417CF" w:rsidRPr="00E72EB5" w:rsidRDefault="006D5DD7" w:rsidP="000634F2">
      <w:pPr>
        <w:spacing w:after="16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działając w imieniu Publicznej Szkoły Podstawowej im</w:t>
      </w:r>
      <w:r w:rsidR="004D29F1">
        <w:rPr>
          <w:rFonts w:ascii="Times New Roman" w:hAnsi="Times New Roman" w:cs="Times New Roman"/>
          <w:sz w:val="24"/>
          <w:szCs w:val="24"/>
        </w:rPr>
        <w:t>. ……………………………</w:t>
      </w:r>
      <w:r w:rsidR="000634F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4D29F1">
        <w:rPr>
          <w:rFonts w:ascii="Times New Roman" w:hAnsi="Times New Roman" w:cs="Times New Roman"/>
          <w:sz w:val="24"/>
          <w:szCs w:val="24"/>
        </w:rPr>
        <w:t>w ………………..</w:t>
      </w:r>
      <w:r w:rsidRPr="00E72EB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dalej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>: „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Szkoła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”),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wyrażam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wolę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nawiązania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współpracy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Państwa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Branżowym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Centrum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Umiejętności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EB5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="00E72EB5">
        <w:rPr>
          <w:rFonts w:ascii="Times New Roman" w:hAnsi="Times New Roman" w:cs="Times New Roman"/>
          <w:sz w:val="24"/>
          <w:szCs w:val="24"/>
        </w:rPr>
        <w:t xml:space="preserve"> z Centrum </w:t>
      </w:r>
      <w:proofErr w:type="spellStart"/>
      <w:r w:rsidR="00E72EB5">
        <w:rPr>
          <w:rFonts w:ascii="Times New Roman" w:hAnsi="Times New Roman" w:cs="Times New Roman"/>
          <w:sz w:val="24"/>
          <w:szCs w:val="24"/>
        </w:rPr>
        <w:t>Kształcenia</w:t>
      </w:r>
      <w:proofErr w:type="spellEnd"/>
      <w:r w:rsid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2EB5">
        <w:rPr>
          <w:rFonts w:ascii="Times New Roman" w:hAnsi="Times New Roman" w:cs="Times New Roman"/>
          <w:sz w:val="24"/>
          <w:szCs w:val="24"/>
        </w:rPr>
        <w:t>Zawodowego</w:t>
      </w:r>
      <w:proofErr w:type="spellEnd"/>
      <w:r w:rsidR="00E72EB5">
        <w:rPr>
          <w:rFonts w:ascii="Times New Roman" w:hAnsi="Times New Roman" w:cs="Times New Roman"/>
          <w:sz w:val="24"/>
          <w:szCs w:val="24"/>
        </w:rPr>
        <w:t xml:space="preserve"> </w:t>
      </w:r>
      <w:r w:rsidRPr="00E72EB5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zakresie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wspierania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uczniów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r w:rsidR="00005B71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E72EB5">
        <w:rPr>
          <w:rFonts w:ascii="Times New Roman" w:hAnsi="Times New Roman" w:cs="Times New Roman"/>
          <w:sz w:val="24"/>
          <w:szCs w:val="24"/>
        </w:rPr>
        <w:t xml:space="preserve">w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poznawaniu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świata zawodów oraz w planowaniu dalszej ścieżki edukacyjno-zawodowej.</w:t>
      </w:r>
    </w:p>
    <w:p w:rsidR="00D417CF" w:rsidRPr="00E72EB5" w:rsidRDefault="006D5DD7" w:rsidP="000634F2">
      <w:pPr>
        <w:spacing w:after="16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 xml:space="preserve">Od 1 września 2026 r.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szkoły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podstawowe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realizują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doradztwo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zawodowe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zgodnie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r w:rsidR="000634F2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E72EB5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rozporządzeniem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Ministra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Edukacji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Narodowej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z dnia 12 lutego 2019 r. w sprawie doradztwa zawodowego (Dz. U. poz. 325), zmienionym rozporządzeniem Ministra Edukacji z dnia 20 stycznia 2026 r. (Dz. U. 2026 poz. 73). Wśród form realizacji doradztwa przepisy wskazują wizyty zawodoznawcze organizowane m.in. w branżowych centrach umiejętności (§ 3 pkt 7). Wspieranie świadomych decyzji edukacyjno-zawodowych oraz promocja kształcenia zawodowego stanowią także jeden z kierunków realizacji polityki oświatowej państwa w roku szkolnym 2026/2027 (kierunek 7).</w:t>
      </w:r>
    </w:p>
    <w:p w:rsidR="00D417CF" w:rsidRPr="00E72EB5" w:rsidRDefault="000634F2" w:rsidP="000634F2">
      <w:pPr>
        <w:spacing w:after="16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Kształcenia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Zawodowego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Branżowe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Centra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</w:t>
      </w:r>
      <w:r w:rsidR="006D5DD7" w:rsidRPr="00E72EB5">
        <w:rPr>
          <w:rFonts w:ascii="Times New Roman" w:hAnsi="Times New Roman" w:cs="Times New Roman"/>
          <w:sz w:val="24"/>
          <w:szCs w:val="24"/>
        </w:rPr>
        <w:t>miejętności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utworzone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podstawie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z dnia 30 sierpnia 2023 r.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D5DD7" w:rsidRPr="00E72EB5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zmianie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ustawy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6D5DD7" w:rsidRPr="00E72EB5">
        <w:rPr>
          <w:rFonts w:ascii="Times New Roman" w:hAnsi="Times New Roman" w:cs="Times New Roman"/>
          <w:sz w:val="24"/>
          <w:szCs w:val="24"/>
        </w:rPr>
        <w:t>Prawo</w:t>
      </w:r>
      <w:proofErr w:type="spellEnd"/>
      <w:r w:rsidR="006D5DD7" w:rsidRPr="00E72EB5">
        <w:rPr>
          <w:rFonts w:ascii="Times New Roman" w:hAnsi="Times New Roman" w:cs="Times New Roman"/>
          <w:sz w:val="24"/>
          <w:szCs w:val="24"/>
        </w:rPr>
        <w:t xml:space="preserve"> oświatowe oraz niektórych innych ustaw (Dz. U. 2023 poz. 2005) — łączą szkoły, uczelnie i pracodawców, upowszechniając wiedzę o nowoczesnych technologiach, zawodach i kwalifikacjach w danej branży. Udział uczniów w działaniach Centrum umożliwiłby im poznanie rzeczywistego środowiska pracy, nowoczesnych narzędzi oraz aktualnych wymagań rynku pracy, co sprzyja bardziej świadomemu wyborowi dalszego kształcenia.</w:t>
      </w:r>
    </w:p>
    <w:p w:rsidR="00D417CF" w:rsidRPr="00E72EB5" w:rsidRDefault="006D5DD7" w:rsidP="000634F2">
      <w:pPr>
        <w:spacing w:after="16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Wyrażamy zainteresowanie współpracą w szczególności w następujących, przykładowych formach (do wspólnego uzgodnienia):</w:t>
      </w:r>
    </w:p>
    <w:p w:rsidR="00D417CF" w:rsidRPr="00E72EB5" w:rsidRDefault="006D5DD7" w:rsidP="000634F2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wizyty zawodoznawcze uczniów klas VII–VIII w Centrum;</w:t>
      </w:r>
    </w:p>
    <w:p w:rsidR="00D417CF" w:rsidRPr="00E72EB5" w:rsidRDefault="006D5DD7" w:rsidP="000634F2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spotkania i warsztaty zawodoznawcze przybliżające zawody i kwalifikacje danej branży;</w:t>
      </w:r>
    </w:p>
    <w:p w:rsidR="00D417CF" w:rsidRPr="00E72EB5" w:rsidRDefault="006D5DD7" w:rsidP="000634F2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lastRenderedPageBreak/>
        <w:t xml:space="preserve">udział przedstawicieli Centrum w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szkolnych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wydarzeniach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doradczych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spotkaniach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r w:rsidR="00445B6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E72EB5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rodzicami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>;</w:t>
      </w:r>
    </w:p>
    <w:p w:rsidR="00D417CF" w:rsidRPr="00E72EB5" w:rsidRDefault="006D5DD7" w:rsidP="000634F2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udostępnienie materiałów i zasobów informacyjnych o zawodach oraz o ofercie kształcenia zawodowego;</w:t>
      </w:r>
    </w:p>
    <w:p w:rsidR="00D417CF" w:rsidRPr="00E72EB5" w:rsidRDefault="006D5DD7" w:rsidP="000634F2">
      <w:pPr>
        <w:pStyle w:val="Listapunktowana"/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>wsparcie merytoryczne szkolnego doradcy zawodowego w zakresie aktualnej oferty branży.</w:t>
      </w:r>
    </w:p>
    <w:p w:rsidR="00D417CF" w:rsidRPr="00E72EB5" w:rsidRDefault="006D5DD7" w:rsidP="000634F2">
      <w:pPr>
        <w:spacing w:after="16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Niniejszy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list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intencyjny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wyraża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wolę podjęcia współpracy i stanowi podstawę do dalszych rozmów. Nie rodzi zobowiązań finansowych ani prawnych dla żadnej ze stron; szczegółowe zasady, formy i terminy ewentualnych działań zostaną ustalone odrębnie, z uwzględnieniem dostępności oferty Centrum oraz możliwości organizacyjnych obu stron.</w:t>
      </w:r>
    </w:p>
    <w:p w:rsidR="00D417CF" w:rsidRDefault="00D417CF">
      <w:pPr>
        <w:rPr>
          <w:rFonts w:ascii="Times New Roman" w:hAnsi="Times New Roman" w:cs="Times New Roman"/>
          <w:sz w:val="24"/>
          <w:szCs w:val="24"/>
        </w:rPr>
      </w:pPr>
    </w:p>
    <w:p w:rsidR="005932C2" w:rsidRPr="00E72EB5" w:rsidRDefault="005932C2" w:rsidP="005932C2">
      <w:pPr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sz w:val="24"/>
          <w:szCs w:val="24"/>
        </w:rPr>
        <w:t xml:space="preserve">Do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niniejszego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listu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intencyjnego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załączony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jest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formularz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deklaracji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współpracy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w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ramach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realizacji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doradztwa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zawodowego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naszą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szkołą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Uprzejmie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proszę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jego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wypełnienie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oraz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odesłanie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podpisanego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dokumentu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nasz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adres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mailowy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>.</w:t>
      </w:r>
    </w:p>
    <w:p w:rsidR="005932C2" w:rsidRPr="00E72EB5" w:rsidRDefault="005932C2" w:rsidP="005932C2">
      <w:pPr>
        <w:spacing w:after="32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Państwa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zaangażowanie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pozwoli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nam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lepiej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przygotować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młodzież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świadomego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wyboru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ścieżki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edukacyjno-zawodowej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>.</w:t>
      </w:r>
    </w:p>
    <w:p w:rsidR="005932C2" w:rsidRPr="00E72EB5" w:rsidRDefault="005932C2" w:rsidP="005932C2">
      <w:pPr>
        <w:spacing w:after="16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Osoba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do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kontaktu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w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sprawie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nawiązania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współpracy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>:</w:t>
      </w:r>
    </w:p>
    <w:p w:rsidR="005932C2" w:rsidRPr="00E72EB5" w:rsidRDefault="005932C2" w:rsidP="005932C2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Imię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nazwisko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</w:t>
      </w:r>
    </w:p>
    <w:p w:rsidR="005932C2" w:rsidRPr="00E72EB5" w:rsidRDefault="005932C2" w:rsidP="005932C2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Funkcja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szkolny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doradca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zawodowy</w:t>
      </w:r>
      <w:proofErr w:type="spellEnd"/>
    </w:p>
    <w:p w:rsidR="005932C2" w:rsidRPr="00E72EB5" w:rsidRDefault="005932C2" w:rsidP="005932C2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b/>
          <w:sz w:val="24"/>
          <w:szCs w:val="24"/>
        </w:rPr>
        <w:t>Telefon</w:t>
      </w:r>
      <w:proofErr w:type="spellEnd"/>
      <w:r w:rsidRPr="00E72EB5"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5932C2" w:rsidRPr="00E72EB5" w:rsidRDefault="005932C2" w:rsidP="005932C2">
      <w:pPr>
        <w:spacing w:after="80"/>
        <w:jc w:val="both"/>
        <w:rPr>
          <w:rFonts w:ascii="Times New Roman" w:hAnsi="Times New Roman" w:cs="Times New Roman"/>
          <w:sz w:val="24"/>
          <w:szCs w:val="24"/>
        </w:rPr>
      </w:pPr>
      <w:r w:rsidRPr="00E72EB5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:rsidR="005932C2" w:rsidRPr="004D29F1" w:rsidRDefault="005932C2" w:rsidP="005932C2">
      <w:pPr>
        <w:spacing w:after="600"/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Wyrażamy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nadzieję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życzliwe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rozpatrzenie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naszej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propozycji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pozostajemy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otwarci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Państwa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sugestie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co do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zakresu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 xml:space="preserve"> form </w:t>
      </w:r>
      <w:proofErr w:type="spellStart"/>
      <w:r w:rsidRPr="00E72EB5">
        <w:rPr>
          <w:rFonts w:ascii="Times New Roman" w:hAnsi="Times New Roman" w:cs="Times New Roman"/>
          <w:sz w:val="24"/>
          <w:szCs w:val="24"/>
        </w:rPr>
        <w:t>współpracy</w:t>
      </w:r>
      <w:proofErr w:type="spellEnd"/>
      <w:r w:rsidRPr="00E72EB5">
        <w:rPr>
          <w:rFonts w:ascii="Times New Roman" w:hAnsi="Times New Roman" w:cs="Times New Roman"/>
          <w:sz w:val="24"/>
          <w:szCs w:val="24"/>
        </w:rPr>
        <w:t>.</w:t>
      </w:r>
    </w:p>
    <w:p w:rsidR="005932C2" w:rsidRPr="004D29F1" w:rsidRDefault="005932C2" w:rsidP="005932C2">
      <w:pPr>
        <w:spacing w:after="80"/>
        <w:ind w:left="5040" w:firstLine="720"/>
        <w:jc w:val="center"/>
        <w:rPr>
          <w:rFonts w:ascii="Times New Roman" w:hAnsi="Times New Roman" w:cs="Times New Roman"/>
          <w:sz w:val="24"/>
          <w:szCs w:val="24"/>
        </w:rPr>
        <w:sectPr w:rsidR="005932C2" w:rsidRPr="004D29F1">
          <w:footerReference w:type="default" r:id="rId8"/>
          <w:pgSz w:w="12240" w:h="15840"/>
          <w:pgMar w:top="1134" w:right="1247" w:bottom="1134" w:left="1247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>
        <w:rPr>
          <w:rFonts w:ascii="Times New Roman" w:hAnsi="Times New Roman" w:cs="Times New Roman"/>
          <w:sz w:val="24"/>
          <w:szCs w:val="24"/>
        </w:rPr>
        <w:t>wyrazami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szacunku</w:t>
      </w:r>
      <w:proofErr w:type="spellEnd"/>
    </w:p>
    <w:p w:rsidR="0040354D" w:rsidRDefault="0040354D" w:rsidP="0040354D">
      <w:pPr>
        <w:spacing w:after="80"/>
        <w:rPr>
          <w:sz w:val="16"/>
        </w:rPr>
      </w:pPr>
      <w:proofErr w:type="spellStart"/>
      <w:r>
        <w:rPr>
          <w:sz w:val="16"/>
        </w:rPr>
        <w:lastRenderedPageBreak/>
        <w:t>Pełna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nazwa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szkoły</w:t>
      </w:r>
      <w:proofErr w:type="spellEnd"/>
    </w:p>
    <w:p w:rsidR="0040354D" w:rsidRDefault="0040354D" w:rsidP="0040354D">
      <w:pPr>
        <w:spacing w:after="80"/>
        <w:jc w:val="center"/>
        <w:rPr>
          <w:sz w:val="16"/>
        </w:rPr>
      </w:pPr>
    </w:p>
    <w:p w:rsidR="0040354D" w:rsidRDefault="0040354D" w:rsidP="0040354D">
      <w:pPr>
        <w:spacing w:after="80"/>
        <w:jc w:val="center"/>
        <w:rPr>
          <w:sz w:val="16"/>
        </w:rPr>
      </w:pPr>
    </w:p>
    <w:p w:rsidR="0040354D" w:rsidRDefault="0040354D" w:rsidP="0040354D">
      <w:pPr>
        <w:spacing w:after="80"/>
        <w:jc w:val="center"/>
        <w:rPr>
          <w:sz w:val="16"/>
        </w:rPr>
      </w:pPr>
    </w:p>
    <w:p w:rsidR="0040354D" w:rsidRPr="004D29F1" w:rsidRDefault="0040354D" w:rsidP="0040354D">
      <w:pPr>
        <w:spacing w:after="80"/>
        <w:jc w:val="center"/>
        <w:rPr>
          <w:color w:val="1F497D" w:themeColor="text2"/>
          <w:sz w:val="16"/>
        </w:rPr>
      </w:pPr>
    </w:p>
    <w:p w:rsidR="0040354D" w:rsidRPr="004D29F1" w:rsidRDefault="0040354D" w:rsidP="0040354D">
      <w:pPr>
        <w:spacing w:after="8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4D29F1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FORMULARZ DEKLARACJI WSPÓŁPRACY</w:t>
      </w:r>
    </w:p>
    <w:p w:rsidR="0040354D" w:rsidRPr="004D29F1" w:rsidRDefault="0040354D" w:rsidP="0040354D">
      <w:pPr>
        <w:spacing w:after="480"/>
        <w:jc w:val="center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4D29F1">
        <w:rPr>
          <w:rFonts w:ascii="Times New Roman" w:hAnsi="Times New Roman" w:cs="Times New Roman"/>
          <w:b/>
          <w:color w:val="1F497D" w:themeColor="text2"/>
          <w:sz w:val="28"/>
          <w:szCs w:val="28"/>
        </w:rPr>
        <w:t>W RAMACH DORADZTWA ZAWODOWEGO</w:t>
      </w:r>
    </w:p>
    <w:p w:rsidR="0040354D" w:rsidRPr="004D29F1" w:rsidRDefault="0040354D" w:rsidP="0040354D">
      <w:pPr>
        <w:spacing w:after="60"/>
        <w:rPr>
          <w:rFonts w:ascii="Times New Roman" w:hAnsi="Times New Roman" w:cs="Times New Roman"/>
          <w:sz w:val="28"/>
          <w:szCs w:val="28"/>
        </w:rPr>
      </w:pP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Nazwa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firmy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/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instytucji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>:</w:t>
      </w:r>
    </w:p>
    <w:p w:rsidR="0040354D" w:rsidRPr="004D29F1" w:rsidRDefault="0040354D" w:rsidP="0040354D">
      <w:pPr>
        <w:spacing w:after="10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40354D" w:rsidRPr="004D29F1" w:rsidRDefault="0040354D" w:rsidP="0040354D">
      <w:pPr>
        <w:spacing w:after="10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40354D" w:rsidRPr="004D29F1" w:rsidRDefault="0040354D" w:rsidP="0040354D">
      <w:pPr>
        <w:spacing w:after="60"/>
        <w:rPr>
          <w:rFonts w:ascii="Times New Roman" w:hAnsi="Times New Roman" w:cs="Times New Roman"/>
          <w:sz w:val="28"/>
          <w:szCs w:val="28"/>
        </w:rPr>
      </w:pP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Osoba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do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kontaktu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(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imię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nazwisko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telefon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>, e-mail)</w:t>
      </w:r>
    </w:p>
    <w:p w:rsidR="0040354D" w:rsidRPr="004D29F1" w:rsidRDefault="0040354D" w:rsidP="0040354D">
      <w:pPr>
        <w:spacing w:after="10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40354D" w:rsidRPr="004D29F1" w:rsidRDefault="0040354D" w:rsidP="0040354D">
      <w:pPr>
        <w:spacing w:after="10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</w:t>
      </w:r>
    </w:p>
    <w:p w:rsidR="0040354D" w:rsidRPr="004D29F1" w:rsidRDefault="0040354D" w:rsidP="0040354D">
      <w:pPr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hAnsi="Times New Roman" w:cs="Times New Roman"/>
          <w:b/>
          <w:sz w:val="28"/>
          <w:szCs w:val="28"/>
        </w:rPr>
        <w:t xml:space="preserve">W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jakiej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formie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chcą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Państwo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wesprzeć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szkołę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>? (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można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wybrać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b/>
          <w:sz w:val="28"/>
          <w:szCs w:val="28"/>
        </w:rPr>
        <w:t>kilka</w:t>
      </w:r>
      <w:proofErr w:type="spellEnd"/>
      <w:r w:rsidRPr="004D29F1">
        <w:rPr>
          <w:rFonts w:ascii="Times New Roman" w:hAnsi="Times New Roman" w:cs="Times New Roman"/>
          <w:b/>
          <w:sz w:val="28"/>
          <w:szCs w:val="28"/>
        </w:rPr>
        <w:t>):</w:t>
      </w:r>
    </w:p>
    <w:p w:rsidR="0040354D" w:rsidRPr="004D29F1" w:rsidRDefault="0040354D" w:rsidP="0040354D">
      <w:pPr>
        <w:spacing w:after="160"/>
        <w:ind w:left="17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cs="Times New Roman"/>
          <w:sz w:val="28"/>
          <w:szCs w:val="28"/>
        </w:rPr>
        <w:t>☐</w:t>
      </w:r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wizyty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zawodoznawcze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uczniów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klas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VII–VIII w Centrum;</w:t>
      </w:r>
    </w:p>
    <w:p w:rsidR="0040354D" w:rsidRPr="004D29F1" w:rsidRDefault="0040354D" w:rsidP="0040354D">
      <w:pPr>
        <w:spacing w:after="160"/>
        <w:ind w:left="17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cs="Times New Roman"/>
          <w:sz w:val="28"/>
          <w:szCs w:val="28"/>
        </w:rPr>
        <w:t>☐</w:t>
      </w:r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spotkania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warsztaty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zawodoznawcze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przybliżające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kwalifikacje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danej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branży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>;</w:t>
      </w:r>
    </w:p>
    <w:p w:rsidR="0040354D" w:rsidRPr="004D29F1" w:rsidRDefault="0040354D" w:rsidP="0040354D">
      <w:pPr>
        <w:spacing w:after="160"/>
        <w:ind w:left="17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cs="Times New Roman"/>
          <w:sz w:val="28"/>
          <w:szCs w:val="28"/>
        </w:rPr>
        <w:t>☐</w:t>
      </w:r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udział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przedstawicieli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Centrum w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szkolnych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wydarzeniach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doradczych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spotkaniach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z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rodzicami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>;</w:t>
      </w:r>
    </w:p>
    <w:p w:rsidR="0040354D" w:rsidRPr="004D29F1" w:rsidRDefault="0040354D" w:rsidP="0040354D">
      <w:pPr>
        <w:spacing w:after="160"/>
        <w:ind w:left="17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cs="Times New Roman"/>
          <w:sz w:val="28"/>
          <w:szCs w:val="28"/>
        </w:rPr>
        <w:t>☐</w:t>
      </w:r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udostępnienie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materiałów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zasobów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informacyjnych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zawodach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oraz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ofercie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kształcenia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zawodowego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>;</w:t>
      </w:r>
    </w:p>
    <w:p w:rsidR="0040354D" w:rsidRPr="004D29F1" w:rsidRDefault="0040354D" w:rsidP="0040354D">
      <w:pPr>
        <w:spacing w:after="160"/>
        <w:ind w:left="170"/>
        <w:rPr>
          <w:rFonts w:ascii="Times New Roman" w:hAnsi="Times New Roman" w:cs="Times New Roman"/>
          <w:sz w:val="28"/>
          <w:szCs w:val="28"/>
        </w:rPr>
      </w:pPr>
      <w:r w:rsidRPr="004D29F1">
        <w:rPr>
          <w:rFonts w:ascii="Times New Roman" w:cs="Times New Roman"/>
          <w:sz w:val="28"/>
          <w:szCs w:val="28"/>
        </w:rPr>
        <w:t>☐</w:t>
      </w:r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wsparcie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merytoryczne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szkolnego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doradcy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zawodowego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w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zakresie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aktualnej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oferty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D29F1">
        <w:rPr>
          <w:rFonts w:ascii="Times New Roman" w:hAnsi="Times New Roman" w:cs="Times New Roman"/>
          <w:sz w:val="28"/>
          <w:szCs w:val="28"/>
        </w:rPr>
        <w:t>branży</w:t>
      </w:r>
      <w:proofErr w:type="spellEnd"/>
      <w:r w:rsidRPr="004D29F1">
        <w:rPr>
          <w:rFonts w:ascii="Times New Roman" w:hAnsi="Times New Roman" w:cs="Times New Roman"/>
          <w:sz w:val="28"/>
          <w:szCs w:val="28"/>
        </w:rPr>
        <w:t>.</w:t>
      </w:r>
    </w:p>
    <w:p w:rsidR="00795485" w:rsidRDefault="00795485" w:rsidP="00795485">
      <w:pPr>
        <w:spacing w:after="160"/>
        <w:ind w:left="5930" w:firstLine="550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Podpis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dyrektora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szkoły</w:t>
      </w:r>
      <w:proofErr w:type="spellEnd"/>
    </w:p>
    <w:p w:rsidR="00795485" w:rsidRDefault="00795485" w:rsidP="00795485">
      <w:pPr>
        <w:rPr>
          <w:rFonts w:ascii="Times New Roman" w:hAnsi="Times New Roman" w:cs="Times New Roman"/>
          <w:sz w:val="28"/>
          <w:szCs w:val="28"/>
        </w:rPr>
      </w:pPr>
    </w:p>
    <w:p w:rsidR="005932C2" w:rsidRPr="00795485" w:rsidRDefault="005932C2" w:rsidP="00795485">
      <w:pPr>
        <w:rPr>
          <w:rFonts w:ascii="Times New Roman" w:hAnsi="Times New Roman" w:cs="Times New Roman"/>
          <w:sz w:val="28"/>
          <w:szCs w:val="28"/>
        </w:rPr>
        <w:sectPr w:rsidR="005932C2" w:rsidRPr="00795485">
          <w:pgSz w:w="12240" w:h="15840"/>
          <w:pgMar w:top="850" w:right="1247" w:bottom="850" w:left="1247" w:header="720" w:footer="720" w:gutter="0"/>
          <w:cols w:space="720"/>
          <w:docGrid w:linePitch="360"/>
        </w:sectPr>
      </w:pPr>
    </w:p>
    <w:p w:rsidR="00D17F1D" w:rsidRDefault="00D17F1D" w:rsidP="004D29F1">
      <w:pPr>
        <w:spacing w:after="80"/>
        <w:rPr>
          <w:sz w:val="16"/>
        </w:rPr>
      </w:pPr>
    </w:p>
    <w:sectPr w:rsidR="00D17F1D" w:rsidSect="00034616">
      <w:pgSz w:w="12240" w:h="15840"/>
      <w:pgMar w:top="850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294B" w:rsidRDefault="00B2294B" w:rsidP="00795485">
      <w:pPr>
        <w:spacing w:after="0" w:line="240" w:lineRule="auto"/>
      </w:pPr>
      <w:r>
        <w:separator/>
      </w:r>
    </w:p>
  </w:endnote>
  <w:endnote w:type="continuationSeparator" w:id="0">
    <w:p w:rsidR="00B2294B" w:rsidRDefault="00B2294B" w:rsidP="00795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661610"/>
      <w:docPartObj>
        <w:docPartGallery w:val="Page Numbers (Bottom of Page)"/>
        <w:docPartUnique/>
      </w:docPartObj>
    </w:sdtPr>
    <w:sdtContent>
      <w:p w:rsidR="00795485" w:rsidRDefault="00A70D64">
        <w:pPr>
          <w:pStyle w:val="Stopka"/>
          <w:jc w:val="center"/>
        </w:pPr>
        <w:fldSimple w:instr=" PAGE   \* MERGEFORMAT ">
          <w:r w:rsidR="0046608F">
            <w:rPr>
              <w:noProof/>
            </w:rPr>
            <w:t>1</w:t>
          </w:r>
        </w:fldSimple>
      </w:p>
    </w:sdtContent>
  </w:sdt>
  <w:p w:rsidR="00795485" w:rsidRDefault="00795485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294B" w:rsidRDefault="00B2294B" w:rsidP="00795485">
      <w:pPr>
        <w:spacing w:after="0" w:line="240" w:lineRule="auto"/>
      </w:pPr>
      <w:r>
        <w:separator/>
      </w:r>
    </w:p>
  </w:footnote>
  <w:footnote w:type="continuationSeparator" w:id="0">
    <w:p w:rsidR="00B2294B" w:rsidRDefault="00B2294B" w:rsidP="00795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47730"/>
    <w:rsid w:val="00005B71"/>
    <w:rsid w:val="00034616"/>
    <w:rsid w:val="0006063C"/>
    <w:rsid w:val="000634F2"/>
    <w:rsid w:val="0015074B"/>
    <w:rsid w:val="0029639D"/>
    <w:rsid w:val="00326F90"/>
    <w:rsid w:val="0040354D"/>
    <w:rsid w:val="00445B61"/>
    <w:rsid w:val="0046608F"/>
    <w:rsid w:val="004C0298"/>
    <w:rsid w:val="004D29F1"/>
    <w:rsid w:val="005932C2"/>
    <w:rsid w:val="006D5DD7"/>
    <w:rsid w:val="00795485"/>
    <w:rsid w:val="009E26EF"/>
    <w:rsid w:val="00A70808"/>
    <w:rsid w:val="00A70D64"/>
    <w:rsid w:val="00AA1D8D"/>
    <w:rsid w:val="00B2294B"/>
    <w:rsid w:val="00B47730"/>
    <w:rsid w:val="00BF1D02"/>
    <w:rsid w:val="00CB0664"/>
    <w:rsid w:val="00D105BA"/>
    <w:rsid w:val="00D17F1D"/>
    <w:rsid w:val="00D25315"/>
    <w:rsid w:val="00D417CF"/>
    <w:rsid w:val="00E72EB5"/>
    <w:rsid w:val="00FC6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C693F"/>
    <w:rPr>
      <w:rFonts w:ascii="Arial" w:eastAsia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72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2EB5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5E9FBC8-F91E-4193-A285-08006A76D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651</Words>
  <Characters>3907</Characters>
  <Application>Microsoft Office Word</Application>
  <DocSecurity>0</DocSecurity>
  <Lines>32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4549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MałgorzataS</cp:lastModifiedBy>
  <cp:revision>17</cp:revision>
  <dcterms:created xsi:type="dcterms:W3CDTF">2026-09-17T06:58:00Z</dcterms:created>
  <dcterms:modified xsi:type="dcterms:W3CDTF">2026-09-17T11:47:00Z</dcterms:modified>
  <cp:category/>
</cp:coreProperties>
</file>